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ירושלים – עיר של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ירושלים כעיר עתיקה ומגוונת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לעיר ולתושביה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מקומות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העיר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בירושלים יש הרבה שכונות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מאפיין ידוע של העיר העתיקה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ישן של ירושלים מוקף בחומה)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(אזור מגורים בעיר)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(דברים חשובים שעוברים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(קיר אבן עתיק וחשוב)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עלילה ברורה עם התחלה אמצע וסוף, תיאור מקום, שימוש בדמיון מכבד וללא עמדות פוליטיות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 עתיקה היא חלק היסטורי וישן, עיר חדשה נבנתה מאוחר יותר ויש בה בניינים מודרניים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של ההבדל בין הישן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מהמילון שהוסברה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מגוון, כבוד או עובדות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תמונות של מקומות שונים בעיר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תיאור עובדתי ומכבד כשמדברים על חשיבות העיר לדתות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הכתיבה היצירתית בעבודה קבוצתית לפי שכונות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ירושלים – עיר של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ירושלים היא עיר עתיקה ומיוחדת, עם היסטוריה ארוכה, שכונות מגוונות ואנשים רבים החיים בה. בדף זה נכיר מקומות, מושגים וסיפורים הקשורים לעיר.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שכונה  ·  חומה  ·  העתיקה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על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נקרא החלק הישן ביותר של 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העיר העתיקה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העיר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הכפר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מקיף את העיר העתיקה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בירושלים יש רק שכונה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העיר העתיקה בירושלים מוקפת בחומה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החלק הישן של ירושלים נקרא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קיר האבן המגן על העיר העתיקה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אזור מגורים בעיר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עיר עתיקה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דברים חשובים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קיר אבן עתיק וחשוב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אזור מגורים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כותל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ישן של ירושלים מוקף בחומה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סיפור קצר שמתרחש באחת משכונות ירושלים, בדמיון שלכם. תארו מקום, דמות ואירוע 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עיר עתיקה לעיר חדשה?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עיר עתיקה לעיר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מילה אחת שלמדתם היום הקשורה לירושלים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ירושלים – עיר של סיפורים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