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ירושלים – עיר של סיפורים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ירושלים כעיר עתיקה ומגוונת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לעיר ולתושביה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בהשראת מקומות בעיר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על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העיר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ליהדות, לנצרות ולאיסלאם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קיר אבן עתיק חשוב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כ״ח באייר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בירושלים יש הרבה שכונות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מאפיין ידוע של העיר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ירושלים היא עיר עתיקה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לכל שכונה ומקום יש סיפור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ירושלים היא עיר מגוונת עם אנשים רבים ושונים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כותל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(חלק ישן של ירושלים מוקף בחומה)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(אזור מגורים בעיר)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(דברים חשובים שעוברים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(קיר אבן עתיק וחשוב)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(רצון לדעת ולגלות דברים חדשים)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עלילה ברורה עם התחלה אמצע וסוף, תיאור מקום, שימוש בדמיון מכבד וללא עמדות פוליטיות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טון חיובי וסקרן, לפחות שלוש משפטים, התייחסות למקום או עובדה מהעיר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עיר עתיקה היא חלק היסטורי וישן, עיר חדשה נבנתה מאוחר יותר ויש בה בניינים מודרניים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בעיר חיים אנשים מרקעים שונים ויש בה מקומות חשובים לדתות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של ההבדל בין הישן לחדש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מהמילון שהוסברה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מגוון, כבוד או עובדות מדויקות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תמונות של מקומות שונים בעיר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תיאור עובדתי ומכבד כשמדברים על חשיבות העיר לדתות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משימת הכתיבה היצירתית בעבודה קבוצתית לפי שכונות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ירושלים – עיר של סיפורים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ירושלים היא עיר חשובה וישנה מאוד. בדף הזה נלמד על מקומות בעיר ועל אנשים שגרים 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עיר עתיקה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הישן ביותר של ירושלים, מוקף בחומה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 אבן גבוה שמגן על 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מסוים בעיר העתיקה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מגורים בתוך העיר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חשובים שעברו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סקרנות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ללמוד ולדעת דברים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סוגים שונים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 אבן עתיק בירושלים, חשוב ליהודים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על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החלק הישן של 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העיר העתיקה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העיר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הכפר הישן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המרכז המסחרי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בונים סביב העיר העתיקה?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דתות רואות בירושלים עיר חשובה?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ליהדות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לנצרות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לאיסלאם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ליהדות, לנצרות ולאיסלאם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הכותל?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קיר אבן עתיק חשוב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בניין חדש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גן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שוק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חל יום ירושלים לפי הלוח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כ״ח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כ׳ בתמוז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בירושלים יש רק שכונה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העתיקה בירושלים מוקפת בחומה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ירושלים היא עיר חדשה לגמרי, בלי היסטוריה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סיפורים על מקומות שונים בעיר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בירושלים חיים רק אנשים מרקע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החלק הישן של ירושלים נקרא העיר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קיר האבן המגן על העיר העתיקה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אזור מגורים בעיר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רצון ללמוד ולדעת דברים חדשים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דברים חשובים שעוברים מדור לדור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קיר אבן עתיק החשוב ליהודים נקרא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עיר עתיקה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אזור מגורים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רצון לדעת ולגלות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קיר אבן עתיק וחשוב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כותל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דברים חשובים שעוברים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ישן של ירושלים מוקף בחומה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סיפור קצר שמתרחש באחת משכונות ירושלים, בדמיון שלכם. תארו מקום, דמות ואירוע קטן.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מכתב קצר וידידותי לעיר ירושלים, ובו ספרו מה אתם אוהבים או סקרנים לדעת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עיר עתיקה לעיר חדשה?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לגשת לירושלים בסקרנות ובכבוד?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עיר עתיקה לעיר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מילה אחת שלמדתם היום הקשורה לירושלים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להתייחס לירושלים בסקרנות ובכבוד?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ירושלים – עיר של סיפורים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